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914F4" w14:textId="091F2792" w:rsidR="001E3A95" w:rsidRPr="00271365" w:rsidRDefault="00271365">
      <w:pPr>
        <w:pStyle w:val="berschrift1"/>
        <w:jc w:val="center"/>
        <w:rPr>
          <w:lang w:val="de-DE"/>
        </w:rPr>
      </w:pPr>
      <w:r w:rsidRPr="00271365">
        <w:rPr>
          <w:lang w:val="de-DE"/>
        </w:rPr>
        <w:t>G</w:t>
      </w:r>
      <w:r>
        <w:rPr>
          <w:lang w:val="de-DE"/>
        </w:rPr>
        <w:t xml:space="preserve">emeinde </w:t>
      </w:r>
      <w:r w:rsidR="00C267E3">
        <w:rPr>
          <w:lang w:val="de-DE"/>
        </w:rPr>
        <w:t>Rot am See</w:t>
      </w:r>
      <w:r w:rsidR="003A327C" w:rsidRPr="00271365">
        <w:rPr>
          <w:lang w:val="de-DE"/>
        </w:rPr>
        <w:br/>
      </w:r>
    </w:p>
    <w:p w14:paraId="334FACC8" w14:textId="23E619BA" w:rsidR="003A327C" w:rsidRPr="00271365" w:rsidRDefault="003A327C" w:rsidP="003A327C">
      <w:pPr>
        <w:pStyle w:val="berschrift2"/>
        <w:rPr>
          <w:lang w:val="de-DE"/>
        </w:rPr>
      </w:pPr>
      <w:r w:rsidRPr="00271365">
        <w:rPr>
          <w:lang w:val="de-DE"/>
        </w:rPr>
        <w:t xml:space="preserve">Kommunale Wärmeplanung – </w:t>
      </w:r>
      <w:r w:rsidRPr="00271365">
        <w:rPr>
          <w:lang w:val="de-DE"/>
        </w:rPr>
        <w:br/>
        <w:t xml:space="preserve">Stellungnahme zum Entwurfsbericht vom </w:t>
      </w:r>
      <w:r w:rsidR="00116BCC">
        <w:rPr>
          <w:lang w:val="de-DE"/>
        </w:rPr>
        <w:t>Oktober</w:t>
      </w:r>
      <w:r w:rsidRPr="00271365">
        <w:rPr>
          <w:lang w:val="de-DE"/>
        </w:rPr>
        <w:t xml:space="preserve"> 2026</w:t>
      </w:r>
      <w:r w:rsidRPr="00271365">
        <w:rPr>
          <w:lang w:val="de-DE"/>
        </w:rPr>
        <w:br/>
      </w:r>
    </w:p>
    <w:p w14:paraId="68318F3E" w14:textId="4D07A30C" w:rsidR="001E3A95" w:rsidRPr="00271365" w:rsidRDefault="003A327C">
      <w:pPr>
        <w:rPr>
          <w:lang w:val="de-DE"/>
        </w:rPr>
      </w:pPr>
      <w:r w:rsidRPr="00271365">
        <w:rPr>
          <w:lang w:val="de-DE"/>
        </w:rPr>
        <w:t xml:space="preserve">Die </w:t>
      </w:r>
      <w:r w:rsidR="00271365">
        <w:rPr>
          <w:lang w:val="de-DE"/>
        </w:rPr>
        <w:t xml:space="preserve">Gemeinde </w:t>
      </w:r>
      <w:r w:rsidR="00C267E3">
        <w:rPr>
          <w:lang w:val="de-DE"/>
        </w:rPr>
        <w:t>Rot am See</w:t>
      </w:r>
      <w:r w:rsidRPr="00271365">
        <w:rPr>
          <w:lang w:val="de-DE"/>
        </w:rPr>
        <w:t xml:space="preserve"> gibt Bürgerinnen und Bürgern sowie weiteren Beteiligten die Möglichkeit, zum Entwurfsbericht der Kommunalen Wärmeplanung Stellung zu nehmen. Bitte füllen Sie dieses Formular vollständig aus und reichen Sie es fristgerecht ein.</w:t>
      </w:r>
    </w:p>
    <w:p w14:paraId="19A1AB83" w14:textId="77777777" w:rsidR="003A327C" w:rsidRPr="00271365" w:rsidRDefault="003A327C">
      <w:pPr>
        <w:pStyle w:val="berschrift3"/>
        <w:rPr>
          <w:lang w:val="de-DE"/>
        </w:rPr>
      </w:pPr>
    </w:p>
    <w:p w14:paraId="50511A82" w14:textId="2E3A6D8C" w:rsidR="001E3A95" w:rsidRPr="00271365" w:rsidRDefault="003A327C">
      <w:pPr>
        <w:pStyle w:val="berschrift3"/>
        <w:rPr>
          <w:sz w:val="26"/>
          <w:szCs w:val="26"/>
          <w:lang w:val="de-DE"/>
        </w:rPr>
      </w:pPr>
      <w:r w:rsidRPr="00271365">
        <w:rPr>
          <w:sz w:val="26"/>
          <w:szCs w:val="26"/>
          <w:lang w:val="de-DE"/>
        </w:rPr>
        <w:t>1. Angaben zur Person / Organisation</w:t>
      </w:r>
      <w:r w:rsidRPr="00271365">
        <w:rPr>
          <w:sz w:val="26"/>
          <w:szCs w:val="26"/>
          <w:lang w:val="de-DE"/>
        </w:rPr>
        <w:br/>
      </w:r>
    </w:p>
    <w:p w14:paraId="5272D706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Art der Stellungnahme:</w:t>
      </w:r>
    </w:p>
    <w:p w14:paraId="1AAFED4E" w14:textId="12896276" w:rsidR="001E3A95" w:rsidRPr="00271365" w:rsidRDefault="003A327C">
      <w:pPr>
        <w:rPr>
          <w:lang w:val="de-DE"/>
        </w:rPr>
      </w:pPr>
      <w:r w:rsidRPr="00271365">
        <w:rPr>
          <w:lang w:val="de-DE"/>
        </w:rPr>
        <w:t xml:space="preserve">☐ Privatperson    ☐ Unternehmen    ☐ Verein / Initiative    </w:t>
      </w:r>
      <w:r w:rsidRPr="00271365">
        <w:rPr>
          <w:lang w:val="de-DE"/>
        </w:rPr>
        <w:br/>
        <w:t>☐ Sonstige Institution: ____________________________</w:t>
      </w:r>
    </w:p>
    <w:p w14:paraId="6A2F80EE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Name, Vorname: _________________________________________________</w:t>
      </w:r>
    </w:p>
    <w:p w14:paraId="3B72221F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Straße, Hausnummer: _____________________________________________</w:t>
      </w:r>
    </w:p>
    <w:p w14:paraId="2493DC2D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PLZ, Ort: _______________________________________________________</w:t>
      </w:r>
    </w:p>
    <w:p w14:paraId="577266D0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E-Mail-Adresse: _________________________________________________</w:t>
      </w:r>
    </w:p>
    <w:p w14:paraId="5ADF29CE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Telefon (freiwillig): ____________________________________________</w:t>
      </w:r>
    </w:p>
    <w:p w14:paraId="56E1B093" w14:textId="77777777" w:rsidR="003A327C" w:rsidRPr="00271365" w:rsidRDefault="003A327C">
      <w:pPr>
        <w:pStyle w:val="berschrift3"/>
        <w:rPr>
          <w:lang w:val="de-DE"/>
        </w:rPr>
      </w:pPr>
    </w:p>
    <w:p w14:paraId="3E53A16C" w14:textId="2F422C3C" w:rsidR="001E3A95" w:rsidRPr="00271365" w:rsidRDefault="003A327C">
      <w:pPr>
        <w:pStyle w:val="berschrift3"/>
        <w:rPr>
          <w:sz w:val="26"/>
          <w:szCs w:val="26"/>
          <w:lang w:val="de-DE"/>
        </w:rPr>
      </w:pPr>
      <w:r w:rsidRPr="00271365">
        <w:rPr>
          <w:sz w:val="26"/>
          <w:szCs w:val="26"/>
          <w:lang w:val="de-DE"/>
        </w:rPr>
        <w:t>2. Bezug der Stellungnahme</w:t>
      </w:r>
      <w:r w:rsidRPr="00271365">
        <w:rPr>
          <w:sz w:val="26"/>
          <w:szCs w:val="26"/>
          <w:lang w:val="de-DE"/>
        </w:rPr>
        <w:br/>
      </w:r>
    </w:p>
    <w:p w14:paraId="2964810E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Meine Stellungnahme bezieht sich auf:</w:t>
      </w:r>
    </w:p>
    <w:p w14:paraId="0FB7C13E" w14:textId="048A7ED1" w:rsidR="001E3A95" w:rsidRPr="00271365" w:rsidRDefault="003A327C">
      <w:pPr>
        <w:rPr>
          <w:lang w:val="de-DE"/>
        </w:rPr>
      </w:pPr>
      <w:r w:rsidRPr="00271365">
        <w:rPr>
          <w:lang w:val="de-DE"/>
        </w:rPr>
        <w:t xml:space="preserve">☐ Gesamtbericht    ☐ Bestandsanalyse    ☐ Potenzialanalyse    ☐ Zielszenarien    </w:t>
      </w:r>
      <w:r w:rsidR="002071A6" w:rsidRPr="00271365">
        <w:rPr>
          <w:lang w:val="de-DE"/>
        </w:rPr>
        <w:br/>
      </w:r>
      <w:r w:rsidRPr="00271365">
        <w:rPr>
          <w:lang w:val="de-DE"/>
        </w:rPr>
        <w:t>☐ Maßnahmenkatalog</w:t>
      </w:r>
    </w:p>
    <w:p w14:paraId="177D221F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Sonstiger Abschnitt (bitte angeben): _____________________________</w:t>
      </w:r>
    </w:p>
    <w:p w14:paraId="3692B463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Seitenzahl / Kapitel (falls bekannt): ____________________________</w:t>
      </w:r>
    </w:p>
    <w:p w14:paraId="351F0B7D" w14:textId="034BB17D" w:rsidR="001E3A95" w:rsidRPr="00271365" w:rsidRDefault="003A327C">
      <w:pPr>
        <w:pStyle w:val="berschrift3"/>
        <w:rPr>
          <w:sz w:val="26"/>
          <w:szCs w:val="26"/>
          <w:lang w:val="de-DE"/>
        </w:rPr>
      </w:pPr>
      <w:r w:rsidRPr="00271365">
        <w:rPr>
          <w:sz w:val="26"/>
          <w:szCs w:val="26"/>
          <w:lang w:val="de-DE"/>
        </w:rPr>
        <w:lastRenderedPageBreak/>
        <w:t>3. Stellungnahme</w:t>
      </w:r>
      <w:r w:rsidRPr="00271365">
        <w:rPr>
          <w:sz w:val="26"/>
          <w:szCs w:val="26"/>
          <w:lang w:val="de-DE"/>
        </w:rPr>
        <w:br/>
      </w:r>
    </w:p>
    <w:p w14:paraId="030885DE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Bitte formulieren Sie hier Ihre Anmerkungen, Hinweise, Bedenken oder Vorschläge:</w:t>
      </w:r>
    </w:p>
    <w:p w14:paraId="790445C0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_______________________________________________________________</w:t>
      </w:r>
    </w:p>
    <w:p w14:paraId="33F4C81F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_______________________________________________________________</w:t>
      </w:r>
    </w:p>
    <w:p w14:paraId="50AE10EC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_______________________________________________________________</w:t>
      </w:r>
    </w:p>
    <w:p w14:paraId="40CC0866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_______________________________________________________________</w:t>
      </w:r>
    </w:p>
    <w:p w14:paraId="6E6B02A6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_______________________________________________________________</w:t>
      </w:r>
    </w:p>
    <w:p w14:paraId="1A519317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_______________________________________________________________</w:t>
      </w:r>
    </w:p>
    <w:p w14:paraId="4684ABB4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_______________________________________________________________</w:t>
      </w:r>
    </w:p>
    <w:p w14:paraId="4E3C7819" w14:textId="77777777" w:rsidR="003A327C" w:rsidRPr="00271365" w:rsidRDefault="003A327C">
      <w:pPr>
        <w:pStyle w:val="berschrift3"/>
        <w:rPr>
          <w:lang w:val="de-DE"/>
        </w:rPr>
      </w:pPr>
    </w:p>
    <w:p w14:paraId="451DCC11" w14:textId="3B931119" w:rsidR="001E3A95" w:rsidRPr="00271365" w:rsidRDefault="003A327C">
      <w:pPr>
        <w:pStyle w:val="berschrift3"/>
        <w:rPr>
          <w:sz w:val="26"/>
          <w:szCs w:val="26"/>
          <w:lang w:val="de-DE"/>
        </w:rPr>
      </w:pPr>
      <w:r w:rsidRPr="00271365">
        <w:rPr>
          <w:sz w:val="26"/>
          <w:szCs w:val="26"/>
          <w:lang w:val="de-DE"/>
        </w:rPr>
        <w:t>4. Hinweise / Anregungen für die weitere Ausarbeitung (optional)</w:t>
      </w:r>
      <w:r w:rsidRPr="00271365">
        <w:rPr>
          <w:sz w:val="26"/>
          <w:szCs w:val="26"/>
          <w:lang w:val="de-DE"/>
        </w:rPr>
        <w:br/>
      </w:r>
    </w:p>
    <w:p w14:paraId="232A774D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_______________________________________________________________</w:t>
      </w:r>
    </w:p>
    <w:p w14:paraId="2F2F979F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_______________________________________________________________</w:t>
      </w:r>
    </w:p>
    <w:p w14:paraId="4FD86FA6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_______________________________________________________________</w:t>
      </w:r>
    </w:p>
    <w:p w14:paraId="3D4018AF" w14:textId="77777777" w:rsidR="001E3A95" w:rsidRPr="00271365" w:rsidRDefault="003A327C">
      <w:pPr>
        <w:rPr>
          <w:lang w:val="de-DE"/>
        </w:rPr>
      </w:pPr>
      <w:r w:rsidRPr="00271365">
        <w:rPr>
          <w:lang w:val="de-DE"/>
        </w:rPr>
        <w:t>_______________________________________________________________</w:t>
      </w:r>
    </w:p>
    <w:p w14:paraId="7FA04D80" w14:textId="77777777" w:rsidR="003A327C" w:rsidRPr="00271365" w:rsidRDefault="003A327C">
      <w:pPr>
        <w:pStyle w:val="berschrift3"/>
        <w:rPr>
          <w:lang w:val="de-DE"/>
        </w:rPr>
      </w:pPr>
    </w:p>
    <w:p w14:paraId="5EFFC232" w14:textId="1403C9D2" w:rsidR="001E3A95" w:rsidRPr="00271365" w:rsidRDefault="003A327C">
      <w:pPr>
        <w:pStyle w:val="berschrift3"/>
        <w:rPr>
          <w:sz w:val="26"/>
          <w:szCs w:val="26"/>
          <w:lang w:val="de-DE"/>
        </w:rPr>
      </w:pPr>
      <w:r w:rsidRPr="00271365">
        <w:rPr>
          <w:sz w:val="26"/>
          <w:szCs w:val="26"/>
          <w:lang w:val="de-DE"/>
        </w:rPr>
        <w:t>5. Datenschutz</w:t>
      </w:r>
      <w:r w:rsidRPr="00271365">
        <w:rPr>
          <w:sz w:val="26"/>
          <w:szCs w:val="26"/>
          <w:lang w:val="de-DE"/>
        </w:rPr>
        <w:br/>
      </w:r>
    </w:p>
    <w:p w14:paraId="14C9E317" w14:textId="1F9EC0E6" w:rsidR="001E3A95" w:rsidRPr="00271365" w:rsidRDefault="003A327C">
      <w:pPr>
        <w:rPr>
          <w:lang w:val="de-DE"/>
        </w:rPr>
      </w:pPr>
      <w:r w:rsidRPr="00271365">
        <w:rPr>
          <w:lang w:val="de-DE"/>
        </w:rPr>
        <w:t xml:space="preserve">Die im Formular angegebenen personenbezogenen Daten werden ausschließlich im Rahmen des Beteiligungsverfahrens zur Kommunalen Wärmeplanung der </w:t>
      </w:r>
      <w:r w:rsidR="00271365">
        <w:rPr>
          <w:lang w:val="de-DE"/>
        </w:rPr>
        <w:t xml:space="preserve">Gemeinde </w:t>
      </w:r>
      <w:r w:rsidR="00C267E3">
        <w:rPr>
          <w:lang w:val="de-DE"/>
        </w:rPr>
        <w:t>Rot am See</w:t>
      </w:r>
      <w:r w:rsidRPr="00271365">
        <w:rPr>
          <w:lang w:val="de-DE"/>
        </w:rPr>
        <w:t xml:space="preserve"> verarbeitet.</w:t>
      </w:r>
    </w:p>
    <w:p w14:paraId="3BA475A6" w14:textId="77777777" w:rsidR="003A327C" w:rsidRPr="00271365" w:rsidRDefault="003A327C">
      <w:pPr>
        <w:pStyle w:val="berschrift3"/>
        <w:rPr>
          <w:lang w:val="de-DE"/>
        </w:rPr>
      </w:pPr>
    </w:p>
    <w:p w14:paraId="2019A48D" w14:textId="706239AE" w:rsidR="001E3A95" w:rsidRPr="003A327C" w:rsidRDefault="003A327C">
      <w:pPr>
        <w:pStyle w:val="berschrift3"/>
        <w:rPr>
          <w:sz w:val="26"/>
          <w:szCs w:val="26"/>
        </w:rPr>
      </w:pPr>
      <w:r w:rsidRPr="003A327C">
        <w:rPr>
          <w:sz w:val="26"/>
          <w:szCs w:val="26"/>
        </w:rPr>
        <w:t xml:space="preserve">6. </w:t>
      </w:r>
      <w:proofErr w:type="spellStart"/>
      <w:r w:rsidRPr="003A327C">
        <w:rPr>
          <w:sz w:val="26"/>
          <w:szCs w:val="26"/>
        </w:rPr>
        <w:t>Unterschrift</w:t>
      </w:r>
      <w:proofErr w:type="spellEnd"/>
      <w:r>
        <w:rPr>
          <w:sz w:val="26"/>
          <w:szCs w:val="26"/>
        </w:rPr>
        <w:br/>
      </w:r>
    </w:p>
    <w:p w14:paraId="12CA7BBC" w14:textId="77777777" w:rsidR="001E3A95" w:rsidRDefault="003A327C">
      <w:r>
        <w:t>Ort, Datum: _________________________________________________</w:t>
      </w:r>
    </w:p>
    <w:p w14:paraId="7CF98BD9" w14:textId="77777777" w:rsidR="001E3A95" w:rsidRDefault="003A327C">
      <w:proofErr w:type="spellStart"/>
      <w:r>
        <w:t>Unterschrift</w:t>
      </w:r>
      <w:proofErr w:type="spellEnd"/>
      <w:r>
        <w:t>: _________________________________________________</w:t>
      </w:r>
    </w:p>
    <w:sectPr w:rsidR="001E3A9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6BCC"/>
    <w:rsid w:val="0015074B"/>
    <w:rsid w:val="001E3A95"/>
    <w:rsid w:val="002071A6"/>
    <w:rsid w:val="00271365"/>
    <w:rsid w:val="00287711"/>
    <w:rsid w:val="0029639D"/>
    <w:rsid w:val="00326F90"/>
    <w:rsid w:val="003A327C"/>
    <w:rsid w:val="004D32EF"/>
    <w:rsid w:val="00833029"/>
    <w:rsid w:val="00953BBC"/>
    <w:rsid w:val="00AA1D8D"/>
    <w:rsid w:val="00AA6D3B"/>
    <w:rsid w:val="00B47730"/>
    <w:rsid w:val="00C267E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0922D9"/>
  <w14:defaultImageDpi w14:val="300"/>
  <w15:docId w15:val="{2C035514-C6D6-44AB-AD8D-793F62FF2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Stengel-Mack, Stefanie</dc:creator>
  <cp:keywords/>
  <dc:description>generated by python-docx</dc:description>
  <cp:lastModifiedBy>Schlesselmann, Stephanie</cp:lastModifiedBy>
  <cp:revision>2</cp:revision>
  <dcterms:created xsi:type="dcterms:W3CDTF">2026-10-22T07:40:00Z</dcterms:created>
  <dcterms:modified xsi:type="dcterms:W3CDTF">2026-10-22T07:40:00Z</dcterms:modified>
  <cp:category/>
</cp:coreProperties>
</file>